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F98BA" w14:textId="77777777" w:rsidR="009A71BF" w:rsidRDefault="00000000">
      <w:pPr>
        <w:spacing w:after="240"/>
      </w:pPr>
      <w:r>
        <w:rPr>
          <w:noProof/>
        </w:rPr>
        <w:drawing>
          <wp:inline distT="0" distB="0" distL="0" distR="0" wp14:anchorId="7D27AA6A" wp14:editId="75C192E0">
            <wp:extent cx="1920240" cy="50979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po_blauw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509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2F65B" w14:textId="77777777" w:rsidR="009A71BF" w:rsidRPr="002F011C" w:rsidRDefault="00000000">
      <w:pPr>
        <w:pStyle w:val="Titel"/>
        <w:rPr>
          <w:lang w:val="nl-BE"/>
        </w:rPr>
      </w:pPr>
      <w:r w:rsidRPr="002F011C">
        <w:rPr>
          <w:lang w:val="nl-BE"/>
        </w:rPr>
        <w:t>Verwijsbrief kinder en jeugdpsychiatrie</w:t>
      </w:r>
    </w:p>
    <w:p w14:paraId="2A71D248" w14:textId="77777777" w:rsidR="009A71BF" w:rsidRPr="002F011C" w:rsidRDefault="00000000">
      <w:pPr>
        <w:spacing w:after="280"/>
        <w:rPr>
          <w:lang w:val="nl-BE"/>
        </w:rPr>
      </w:pPr>
      <w:r w:rsidRPr="002F011C">
        <w:rPr>
          <w:b/>
          <w:lang w:val="nl-BE"/>
        </w:rPr>
        <w:t>Aan Dr. Hannah Dekelver</w:t>
      </w:r>
      <w:r w:rsidRPr="002F011C">
        <w:rPr>
          <w:lang w:val="nl-BE"/>
        </w:rPr>
        <w:br/>
        <w:t>Kinder- en jeugdpsychiater</w:t>
      </w:r>
      <w:r w:rsidRPr="002F011C">
        <w:rPr>
          <w:lang w:val="nl-BE"/>
        </w:rPr>
        <w:br/>
        <w:t>Praktijk IPO Leuven</w:t>
      </w:r>
      <w:r w:rsidRPr="002F011C">
        <w:rPr>
          <w:lang w:val="nl-BE"/>
        </w:rPr>
        <w:br/>
        <w:t>Diestsesteenweg 723, 3010 Kessel-Lo</w:t>
      </w:r>
    </w:p>
    <w:p w14:paraId="6B9CEA19" w14:textId="77777777" w:rsidR="009A71BF" w:rsidRPr="002F011C" w:rsidRDefault="00000000">
      <w:pPr>
        <w:rPr>
          <w:lang w:val="nl-BE"/>
        </w:rPr>
      </w:pPr>
      <w:r w:rsidRPr="002F011C">
        <w:rPr>
          <w:lang w:val="nl-BE"/>
        </w:rPr>
        <w:t>Naam en voornaam patiënt: ...........................................................................................</w:t>
      </w:r>
    </w:p>
    <w:p w14:paraId="7DCDA808" w14:textId="77777777" w:rsidR="009A71BF" w:rsidRPr="002F011C" w:rsidRDefault="00000000">
      <w:pPr>
        <w:rPr>
          <w:lang w:val="nl-BE"/>
        </w:rPr>
      </w:pPr>
      <w:r w:rsidRPr="002F011C">
        <w:rPr>
          <w:lang w:val="nl-BE"/>
        </w:rPr>
        <w:t>Geboortedatum: .............................................................................................................</w:t>
      </w:r>
    </w:p>
    <w:p w14:paraId="55B42AEC" w14:textId="6DFFBF1E" w:rsidR="009A71BF" w:rsidRPr="002F011C" w:rsidRDefault="00000000">
      <w:pPr>
        <w:rPr>
          <w:lang w:val="nl-BE"/>
        </w:rPr>
      </w:pPr>
      <w:r w:rsidRPr="002F011C">
        <w:rPr>
          <w:lang w:val="nl-BE"/>
        </w:rPr>
        <w:t>Geachte collega,</w:t>
      </w:r>
      <w:r w:rsidR="002F011C" w:rsidRPr="002F011C">
        <w:rPr>
          <w:lang w:val="nl-BE"/>
        </w:rPr>
        <w:br/>
      </w:r>
    </w:p>
    <w:p w14:paraId="7BDF8EDA" w14:textId="0753DA9D" w:rsidR="009A71BF" w:rsidRPr="002F011C" w:rsidRDefault="00000000">
      <w:pPr>
        <w:rPr>
          <w:lang w:val="nl-BE"/>
        </w:rPr>
      </w:pPr>
      <w:r w:rsidRPr="002F011C">
        <w:rPr>
          <w:lang w:val="nl-BE"/>
        </w:rPr>
        <w:t>Hierbij verwijs ik bovenvermelde patiënt voor een kinder- en jeugdpsychiatrische evaluatie en vraag ik, indien aangewezen, een uitgebreide diagnostische evaluatie en advies over de verdere behandeling.</w:t>
      </w:r>
      <w:r w:rsidR="002F011C">
        <w:rPr>
          <w:lang w:val="nl-BE"/>
        </w:rPr>
        <w:br/>
      </w:r>
    </w:p>
    <w:p w14:paraId="4A782958" w14:textId="77777777" w:rsidR="009A71BF" w:rsidRPr="002F011C" w:rsidRDefault="00000000">
      <w:pPr>
        <w:rPr>
          <w:lang w:val="nl-BE"/>
        </w:rPr>
      </w:pPr>
      <w:r w:rsidRPr="002F011C">
        <w:rPr>
          <w:b/>
          <w:lang w:val="nl-BE"/>
        </w:rPr>
        <w:t>Reden van verwijzing en concrete vraagstelling</w:t>
      </w:r>
    </w:p>
    <w:p w14:paraId="7ED70163" w14:textId="77777777" w:rsidR="009A71BF" w:rsidRPr="002F011C" w:rsidRDefault="00000000">
      <w:pPr>
        <w:spacing w:after="180"/>
        <w:rPr>
          <w:lang w:val="nl-BE"/>
        </w:rPr>
      </w:pPr>
      <w:r w:rsidRPr="002F011C">
        <w:rPr>
          <w:lang w:val="nl-BE"/>
        </w:rPr>
        <w:t>.......................................................................................................................................</w:t>
      </w:r>
    </w:p>
    <w:p w14:paraId="195D2CCD" w14:textId="77777777" w:rsidR="009A71BF" w:rsidRPr="002F011C" w:rsidRDefault="00000000">
      <w:pPr>
        <w:spacing w:after="180"/>
        <w:rPr>
          <w:lang w:val="nl-BE"/>
        </w:rPr>
      </w:pPr>
      <w:r w:rsidRPr="002F011C">
        <w:rPr>
          <w:lang w:val="nl-BE"/>
        </w:rPr>
        <w:t>.......................................................................................................................................</w:t>
      </w:r>
    </w:p>
    <w:p w14:paraId="268C7570" w14:textId="77777777" w:rsidR="009A71BF" w:rsidRPr="002F011C" w:rsidRDefault="00000000">
      <w:pPr>
        <w:spacing w:after="180"/>
        <w:rPr>
          <w:lang w:val="nl-BE"/>
        </w:rPr>
      </w:pPr>
      <w:r w:rsidRPr="002F011C">
        <w:rPr>
          <w:lang w:val="nl-BE"/>
        </w:rPr>
        <w:t>.......................................................................................................................................</w:t>
      </w:r>
    </w:p>
    <w:p w14:paraId="75820FAB" w14:textId="77777777" w:rsidR="009A71BF" w:rsidRPr="002F011C" w:rsidRDefault="00000000">
      <w:pPr>
        <w:spacing w:after="180"/>
        <w:rPr>
          <w:lang w:val="nl-BE"/>
        </w:rPr>
      </w:pPr>
      <w:r w:rsidRPr="002F011C">
        <w:rPr>
          <w:lang w:val="nl-BE"/>
        </w:rPr>
        <w:t>.......................................................................................................................................</w:t>
      </w:r>
    </w:p>
    <w:p w14:paraId="19A005FD" w14:textId="77777777" w:rsidR="009A71BF" w:rsidRPr="002F011C" w:rsidRDefault="00000000">
      <w:pPr>
        <w:spacing w:after="180"/>
        <w:rPr>
          <w:lang w:val="nl-BE"/>
        </w:rPr>
      </w:pPr>
      <w:r w:rsidRPr="002F011C">
        <w:rPr>
          <w:lang w:val="nl-BE"/>
        </w:rPr>
        <w:t>.......................................................................................................................................</w:t>
      </w:r>
    </w:p>
    <w:p w14:paraId="2B127FEC" w14:textId="77777777" w:rsidR="009A71BF" w:rsidRPr="002F011C" w:rsidRDefault="00000000">
      <w:pPr>
        <w:rPr>
          <w:lang w:val="nl-BE"/>
        </w:rPr>
      </w:pPr>
      <w:r w:rsidRPr="002F011C">
        <w:rPr>
          <w:b/>
          <w:lang w:val="nl-BE"/>
        </w:rPr>
        <w:t>Relevante voorgeschiedenis en huidige medicatie</w:t>
      </w:r>
    </w:p>
    <w:p w14:paraId="7FC23F5F" w14:textId="77777777" w:rsidR="009A71BF" w:rsidRPr="002F011C" w:rsidRDefault="00000000">
      <w:pPr>
        <w:spacing w:after="180"/>
        <w:rPr>
          <w:lang w:val="nl-BE"/>
        </w:rPr>
      </w:pPr>
      <w:r w:rsidRPr="002F011C">
        <w:rPr>
          <w:lang w:val="nl-BE"/>
        </w:rPr>
        <w:t>.......................................................................................................................................</w:t>
      </w:r>
    </w:p>
    <w:p w14:paraId="5A061A05" w14:textId="3B5A0BB9" w:rsidR="009A71BF" w:rsidRPr="002F011C" w:rsidRDefault="00000000">
      <w:pPr>
        <w:spacing w:after="180"/>
        <w:rPr>
          <w:lang w:val="nl-BE"/>
        </w:rPr>
      </w:pPr>
      <w:r w:rsidRPr="002F011C">
        <w:rPr>
          <w:lang w:val="nl-BE"/>
        </w:rPr>
        <w:t>.......................................................................................................................................</w:t>
      </w:r>
      <w:r w:rsidR="002F011C">
        <w:rPr>
          <w:lang w:val="nl-BE"/>
        </w:rPr>
        <w:br/>
      </w:r>
    </w:p>
    <w:p w14:paraId="37210B0F" w14:textId="08808B3B" w:rsidR="009A71BF" w:rsidRPr="002F011C" w:rsidRDefault="00000000">
      <w:pPr>
        <w:rPr>
          <w:lang w:val="nl-BE"/>
        </w:rPr>
      </w:pPr>
      <w:r w:rsidRPr="002F011C">
        <w:rPr>
          <w:lang w:val="nl-BE"/>
        </w:rPr>
        <w:t>Eventuele bijlagen: .........................................................................................................</w:t>
      </w:r>
      <w:r w:rsidR="002F011C">
        <w:rPr>
          <w:lang w:val="nl-BE"/>
        </w:rPr>
        <w:br/>
      </w:r>
    </w:p>
    <w:p w14:paraId="09B1FEBE" w14:textId="6E86703E" w:rsidR="009A71BF" w:rsidRPr="002F011C" w:rsidRDefault="00000000">
      <w:pPr>
        <w:rPr>
          <w:lang w:val="nl-BE"/>
        </w:rPr>
      </w:pPr>
      <w:r w:rsidRPr="002F011C">
        <w:rPr>
          <w:lang w:val="nl-BE"/>
        </w:rPr>
        <w:t>Met collegiale groeten,</w:t>
      </w:r>
    </w:p>
    <w:p w14:paraId="0C866CA9" w14:textId="77777777" w:rsidR="009A71BF" w:rsidRPr="002F011C" w:rsidRDefault="00000000">
      <w:pPr>
        <w:rPr>
          <w:lang w:val="nl-BE"/>
        </w:rPr>
      </w:pPr>
      <w:r w:rsidRPr="002F011C">
        <w:rPr>
          <w:lang w:val="nl-BE"/>
        </w:rPr>
        <w:t>Naam verwijzende arts: ..................................................................................................</w:t>
      </w:r>
    </w:p>
    <w:p w14:paraId="1C033443" w14:textId="77777777" w:rsidR="009A71BF" w:rsidRPr="002F011C" w:rsidRDefault="00000000">
      <w:pPr>
        <w:rPr>
          <w:lang w:val="nl-BE"/>
        </w:rPr>
      </w:pPr>
      <w:r w:rsidRPr="002F011C">
        <w:rPr>
          <w:lang w:val="nl-BE"/>
        </w:rPr>
        <w:t>RIZIV-nummer: ................................................................................................................</w:t>
      </w:r>
    </w:p>
    <w:p w14:paraId="41F8AFE7" w14:textId="77777777" w:rsidR="009A71BF" w:rsidRPr="002F011C" w:rsidRDefault="00000000">
      <w:pPr>
        <w:rPr>
          <w:lang w:val="nl-BE"/>
        </w:rPr>
      </w:pPr>
      <w:r w:rsidRPr="002F011C">
        <w:rPr>
          <w:lang w:val="nl-BE"/>
        </w:rPr>
        <w:t>Contactgegevens arts: ....................................................................................................</w:t>
      </w:r>
    </w:p>
    <w:p w14:paraId="7C810848" w14:textId="77777777" w:rsidR="009A71BF" w:rsidRPr="002F011C" w:rsidRDefault="00000000">
      <w:pPr>
        <w:rPr>
          <w:lang w:val="nl-BE"/>
        </w:rPr>
      </w:pPr>
      <w:r w:rsidRPr="002F011C">
        <w:rPr>
          <w:lang w:val="nl-BE"/>
        </w:rPr>
        <w:t>Datum: ...........................................     Handtekening en stempel:</w:t>
      </w:r>
    </w:p>
    <w:sectPr w:rsidR="009A71BF" w:rsidRPr="002F011C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6506358">
    <w:abstractNumId w:val="8"/>
  </w:num>
  <w:num w:numId="2" w16cid:durableId="156921703">
    <w:abstractNumId w:val="6"/>
  </w:num>
  <w:num w:numId="3" w16cid:durableId="258563878">
    <w:abstractNumId w:val="5"/>
  </w:num>
  <w:num w:numId="4" w16cid:durableId="1823234445">
    <w:abstractNumId w:val="4"/>
  </w:num>
  <w:num w:numId="5" w16cid:durableId="1043598090">
    <w:abstractNumId w:val="7"/>
  </w:num>
  <w:num w:numId="6" w16cid:durableId="402992713">
    <w:abstractNumId w:val="3"/>
  </w:num>
  <w:num w:numId="7" w16cid:durableId="486553509">
    <w:abstractNumId w:val="2"/>
  </w:num>
  <w:num w:numId="8" w16cid:durableId="895627748">
    <w:abstractNumId w:val="1"/>
  </w:num>
  <w:num w:numId="9" w16cid:durableId="1770810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7299"/>
    <w:rsid w:val="0029639D"/>
    <w:rsid w:val="002F011C"/>
    <w:rsid w:val="00326F90"/>
    <w:rsid w:val="009A71B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DA73AE"/>
  <w14:defaultImageDpi w14:val="300"/>
  <w15:docId w15:val="{4FCEE08B-75B9-4A9B-8561-E8782570B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pPr>
      <w:spacing w:after="140" w:line="252" w:lineRule="auto"/>
    </w:pPr>
    <w:rPr>
      <w:rFonts w:ascii="Calibri" w:hAnsi="Calibri"/>
      <w:color w:val="000000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Verwijsbrief Dr Hannah Dekelver IPO Leuven</dc:title>
  <dc:subject/>
  <dc:creator/>
  <cp:keywords/>
  <dc:description>generated by python-docx</dc:description>
  <cp:lastModifiedBy>Lynn Spillemaeckers</cp:lastModifiedBy>
  <cp:revision>2</cp:revision>
  <dcterms:created xsi:type="dcterms:W3CDTF">2013-12-23T23:15:00Z</dcterms:created>
  <dcterms:modified xsi:type="dcterms:W3CDTF">2026-10-02T06:02:00Z</dcterms:modified>
  <cp:category/>
</cp:coreProperties>
</file>